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640EB" w14:textId="69153BB4" w:rsidR="005B3322" w:rsidRPr="005B3322" w:rsidRDefault="00F12FB4" w:rsidP="005B3322">
      <w:pPr>
        <w:pStyle w:val="Heading2"/>
        <w:spacing w:before="0" w:line="240" w:lineRule="auto"/>
        <w:jc w:val="center"/>
        <w:rPr>
          <w:rFonts w:ascii="Times New Roman" w:hAnsi="Times New Roman" w:cs="Times New Roman"/>
          <w:color w:val="auto"/>
          <w:sz w:val="24"/>
          <w:szCs w:val="24"/>
        </w:rPr>
      </w:pPr>
      <w:r w:rsidRPr="005B3322">
        <w:rPr>
          <w:rFonts w:ascii="Times New Roman" w:hAnsi="Times New Roman" w:cs="Times New Roman"/>
          <w:color w:val="auto"/>
          <w:sz w:val="24"/>
          <w:szCs w:val="24"/>
        </w:rPr>
        <w:t>The Faithful Father’s Toolbox:</w:t>
      </w:r>
    </w:p>
    <w:p w14:paraId="58247AF8" w14:textId="0F3663FB" w:rsidR="00915385" w:rsidRPr="005B3322" w:rsidRDefault="00F12FB4" w:rsidP="005B3322">
      <w:pPr>
        <w:pStyle w:val="Heading2"/>
        <w:spacing w:before="0" w:line="240" w:lineRule="auto"/>
        <w:jc w:val="center"/>
        <w:rPr>
          <w:rFonts w:ascii="Times New Roman" w:hAnsi="Times New Roman" w:cs="Times New Roman"/>
          <w:color w:val="auto"/>
          <w:sz w:val="24"/>
          <w:szCs w:val="24"/>
        </w:rPr>
      </w:pPr>
      <w:r w:rsidRPr="005B3322">
        <w:rPr>
          <w:rFonts w:ascii="Times New Roman" w:hAnsi="Times New Roman" w:cs="Times New Roman"/>
          <w:color w:val="auto"/>
          <w:sz w:val="24"/>
          <w:szCs w:val="24"/>
        </w:rPr>
        <w:t>Equipping Dads for Spiritual Leadership</w:t>
      </w:r>
    </w:p>
    <w:p w14:paraId="0A8E6359" w14:textId="78660900" w:rsidR="00915385" w:rsidRDefault="00F12FB4" w:rsidP="005B3322">
      <w:pPr>
        <w:spacing w:after="0" w:line="240" w:lineRule="auto"/>
        <w:jc w:val="center"/>
        <w:rPr>
          <w:rFonts w:ascii="Times New Roman" w:hAnsi="Times New Roman" w:cs="Times New Roman"/>
          <w:sz w:val="24"/>
          <w:szCs w:val="24"/>
        </w:rPr>
      </w:pPr>
      <w:r w:rsidRPr="005B3322">
        <w:rPr>
          <w:rFonts w:ascii="Times New Roman" w:hAnsi="Times New Roman" w:cs="Times New Roman"/>
          <w:sz w:val="24"/>
          <w:szCs w:val="24"/>
        </w:rPr>
        <w:t>Ephesians 5:21-33</w:t>
      </w:r>
    </w:p>
    <w:p w14:paraId="21EEA203" w14:textId="77777777" w:rsidR="005B3322" w:rsidRPr="005B3322" w:rsidRDefault="005B3322" w:rsidP="005B3322">
      <w:pPr>
        <w:spacing w:after="0" w:line="240" w:lineRule="auto"/>
        <w:rPr>
          <w:rFonts w:ascii="Times New Roman" w:hAnsi="Times New Roman" w:cs="Times New Roman"/>
          <w:sz w:val="16"/>
          <w:szCs w:val="16"/>
        </w:rPr>
      </w:pPr>
    </w:p>
    <w:p w14:paraId="56429D00" w14:textId="1EA61116" w:rsidR="005B3322" w:rsidRDefault="00F12FB4" w:rsidP="00777F1A">
      <w:pPr>
        <w:pStyle w:val="Heading3"/>
        <w:spacing w:before="0" w:line="240" w:lineRule="auto"/>
        <w:jc w:val="both"/>
        <w:rPr>
          <w:rFonts w:ascii="Times New Roman" w:hAnsi="Times New Roman" w:cs="Times New Roman"/>
          <w:b w:val="0"/>
          <w:bCs w:val="0"/>
          <w:color w:val="auto"/>
          <w:sz w:val="24"/>
          <w:szCs w:val="24"/>
        </w:rPr>
      </w:pPr>
      <w:r w:rsidRPr="005B3322">
        <w:rPr>
          <w:rFonts w:ascii="Times New Roman" w:hAnsi="Times New Roman" w:cs="Times New Roman"/>
          <w:color w:val="auto"/>
          <w:sz w:val="24"/>
          <w:szCs w:val="24"/>
        </w:rPr>
        <w:t>Introduction</w:t>
      </w:r>
      <w:r w:rsidR="005B3322" w:rsidRPr="005B3322">
        <w:rPr>
          <w:rFonts w:ascii="Times New Roman" w:hAnsi="Times New Roman" w:cs="Times New Roman"/>
          <w:color w:val="auto"/>
          <w:sz w:val="24"/>
          <w:szCs w:val="24"/>
        </w:rPr>
        <w:t xml:space="preserve">: </w:t>
      </w:r>
      <w:r w:rsidRPr="005B3322">
        <w:rPr>
          <w:rFonts w:ascii="Times New Roman" w:hAnsi="Times New Roman" w:cs="Times New Roman"/>
          <w:b w:val="0"/>
          <w:bCs w:val="0"/>
          <w:color w:val="auto"/>
          <w:sz w:val="24"/>
          <w:szCs w:val="24"/>
        </w:rPr>
        <w:t xml:space="preserve">This Father’s Day </w:t>
      </w:r>
      <w:r w:rsidR="005B3322">
        <w:rPr>
          <w:rFonts w:ascii="Times New Roman" w:hAnsi="Times New Roman" w:cs="Times New Roman"/>
          <w:b w:val="0"/>
          <w:bCs w:val="0"/>
          <w:color w:val="auto"/>
          <w:sz w:val="24"/>
          <w:szCs w:val="24"/>
        </w:rPr>
        <w:t>we want to</w:t>
      </w:r>
      <w:r w:rsidRPr="005B3322">
        <w:rPr>
          <w:rFonts w:ascii="Times New Roman" w:hAnsi="Times New Roman" w:cs="Times New Roman"/>
          <w:b w:val="0"/>
          <w:bCs w:val="0"/>
          <w:color w:val="auto"/>
          <w:sz w:val="24"/>
          <w:szCs w:val="24"/>
        </w:rPr>
        <w:t xml:space="preserve"> encourage</w:t>
      </w:r>
      <w:r w:rsidR="005B3322">
        <w:rPr>
          <w:rFonts w:ascii="Times New Roman" w:hAnsi="Times New Roman" w:cs="Times New Roman"/>
          <w:b w:val="0"/>
          <w:bCs w:val="0"/>
          <w:color w:val="auto"/>
          <w:sz w:val="24"/>
          <w:szCs w:val="24"/>
        </w:rPr>
        <w:t xml:space="preserve"> and uplift</w:t>
      </w:r>
      <w:r w:rsidRPr="005B3322">
        <w:rPr>
          <w:rFonts w:ascii="Times New Roman" w:hAnsi="Times New Roman" w:cs="Times New Roman"/>
          <w:b w:val="0"/>
          <w:bCs w:val="0"/>
          <w:color w:val="auto"/>
          <w:sz w:val="24"/>
          <w:szCs w:val="24"/>
        </w:rPr>
        <w:t xml:space="preserve"> dads and granddads by exploring six spiritual tools God gives us to lead our families with Christlike love and leadership.</w:t>
      </w:r>
      <w:r w:rsidR="0090550A">
        <w:rPr>
          <w:rFonts w:ascii="Times New Roman" w:hAnsi="Times New Roman" w:cs="Times New Roman"/>
          <w:b w:val="0"/>
          <w:bCs w:val="0"/>
          <w:color w:val="auto"/>
          <w:sz w:val="24"/>
          <w:szCs w:val="24"/>
        </w:rPr>
        <w:t xml:space="preserve"> While </w:t>
      </w:r>
      <w:r w:rsidR="00AF7F3B">
        <w:rPr>
          <w:rFonts w:ascii="Times New Roman" w:hAnsi="Times New Roman" w:cs="Times New Roman"/>
          <w:b w:val="0"/>
          <w:bCs w:val="0"/>
          <w:color w:val="auto"/>
          <w:sz w:val="24"/>
          <w:szCs w:val="24"/>
        </w:rPr>
        <w:t>o</w:t>
      </w:r>
      <w:r w:rsidR="0090550A">
        <w:rPr>
          <w:rFonts w:ascii="Times New Roman" w:hAnsi="Times New Roman" w:cs="Times New Roman"/>
          <w:b w:val="0"/>
          <w:bCs w:val="0"/>
          <w:color w:val="auto"/>
          <w:sz w:val="24"/>
          <w:szCs w:val="24"/>
        </w:rPr>
        <w:t xml:space="preserve">ur focus today is on our </w:t>
      </w:r>
      <w:r w:rsidR="00564946">
        <w:rPr>
          <w:rFonts w:ascii="Times New Roman" w:hAnsi="Times New Roman" w:cs="Times New Roman"/>
          <w:b w:val="0"/>
          <w:bCs w:val="0"/>
          <w:color w:val="auto"/>
          <w:sz w:val="24"/>
          <w:szCs w:val="24"/>
        </w:rPr>
        <w:t>men, this is a message that applies to everyone</w:t>
      </w:r>
      <w:r w:rsidR="00AF7F3B">
        <w:rPr>
          <w:rFonts w:ascii="Times New Roman" w:hAnsi="Times New Roman" w:cs="Times New Roman"/>
          <w:b w:val="0"/>
          <w:bCs w:val="0"/>
          <w:color w:val="auto"/>
          <w:sz w:val="24"/>
          <w:szCs w:val="24"/>
        </w:rPr>
        <w:t xml:space="preserve"> </w:t>
      </w:r>
    </w:p>
    <w:p w14:paraId="25708813" w14:textId="77777777" w:rsidR="005B3322" w:rsidRPr="005B3322" w:rsidRDefault="005B3322" w:rsidP="005B3322">
      <w:pPr>
        <w:spacing w:after="0" w:line="240" w:lineRule="auto"/>
        <w:rPr>
          <w:rFonts w:ascii="Times New Roman" w:hAnsi="Times New Roman" w:cs="Times New Roman"/>
          <w:sz w:val="16"/>
          <w:szCs w:val="16"/>
        </w:rPr>
      </w:pPr>
    </w:p>
    <w:p w14:paraId="42F236DF" w14:textId="278F156F" w:rsidR="00915385" w:rsidRPr="005B3322" w:rsidRDefault="00F12FB4" w:rsidP="00DB653A">
      <w:pPr>
        <w:pStyle w:val="Heading3"/>
        <w:numPr>
          <w:ilvl w:val="0"/>
          <w:numId w:val="13"/>
        </w:numPr>
        <w:spacing w:before="0" w:line="240" w:lineRule="auto"/>
        <w:rPr>
          <w:rFonts w:ascii="Times New Roman" w:hAnsi="Times New Roman" w:cs="Times New Roman"/>
          <w:color w:val="auto"/>
          <w:sz w:val="24"/>
          <w:szCs w:val="24"/>
        </w:rPr>
      </w:pPr>
      <w:r w:rsidRPr="005B3322">
        <w:rPr>
          <w:rFonts w:ascii="Times New Roman" w:hAnsi="Times New Roman" w:cs="Times New Roman"/>
          <w:color w:val="auto"/>
          <w:sz w:val="24"/>
          <w:szCs w:val="24"/>
          <w:u w:val="single"/>
        </w:rPr>
        <w:t>Initiative</w:t>
      </w:r>
      <w:r w:rsidR="005B3322">
        <w:rPr>
          <w:rFonts w:ascii="Times New Roman" w:hAnsi="Times New Roman" w:cs="Times New Roman"/>
          <w:color w:val="auto"/>
          <w:sz w:val="24"/>
          <w:szCs w:val="24"/>
        </w:rPr>
        <w:t xml:space="preserve">: </w:t>
      </w:r>
      <w:r w:rsidRPr="005B3322">
        <w:rPr>
          <w:rFonts w:ascii="Times New Roman" w:hAnsi="Times New Roman" w:cs="Times New Roman"/>
          <w:i/>
          <w:iCs/>
          <w:color w:val="auto"/>
          <w:sz w:val="24"/>
          <w:szCs w:val="24"/>
        </w:rPr>
        <w:t xml:space="preserve">“Do I give direction and take </w:t>
      </w:r>
      <w:r w:rsidRPr="005B3322">
        <w:rPr>
          <w:rFonts w:ascii="Times New Roman" w:hAnsi="Times New Roman" w:cs="Times New Roman"/>
          <w:i/>
          <w:iCs/>
          <w:color w:val="auto"/>
          <w:sz w:val="24"/>
          <w:szCs w:val="24"/>
        </w:rPr>
        <w:t>responsibility for my primary relationships?”</w:t>
      </w:r>
    </w:p>
    <w:p w14:paraId="35127F72" w14:textId="77777777" w:rsidR="005B3322" w:rsidRPr="005B3322" w:rsidRDefault="005B3322" w:rsidP="005B3322">
      <w:pPr>
        <w:spacing w:after="0" w:line="240" w:lineRule="auto"/>
        <w:rPr>
          <w:rFonts w:ascii="Times New Roman" w:hAnsi="Times New Roman" w:cs="Times New Roman"/>
          <w:sz w:val="16"/>
          <w:szCs w:val="16"/>
        </w:rPr>
      </w:pPr>
    </w:p>
    <w:p w14:paraId="6174C3F2" w14:textId="77777777" w:rsidR="00766BFC" w:rsidRPr="00DB653A" w:rsidRDefault="00F12FB4" w:rsidP="00777F1A">
      <w:pPr>
        <w:pStyle w:val="ListParagraph"/>
        <w:numPr>
          <w:ilvl w:val="0"/>
          <w:numId w:val="11"/>
        </w:numPr>
        <w:spacing w:after="0" w:line="240" w:lineRule="auto"/>
        <w:jc w:val="both"/>
        <w:rPr>
          <w:rFonts w:ascii="Times New Roman" w:hAnsi="Times New Roman" w:cs="Times New Roman"/>
          <w:sz w:val="20"/>
          <w:szCs w:val="20"/>
        </w:rPr>
      </w:pPr>
      <w:r w:rsidRPr="00DB653A">
        <w:rPr>
          <w:rFonts w:ascii="Times New Roman" w:hAnsi="Times New Roman" w:cs="Times New Roman"/>
          <w:sz w:val="20"/>
          <w:szCs w:val="20"/>
        </w:rPr>
        <w:t xml:space="preserve">Initiative means taking spiritual responsibility in the home. </w:t>
      </w:r>
    </w:p>
    <w:p w14:paraId="1DF5D644" w14:textId="77777777" w:rsidR="00766BFC" w:rsidRPr="00DB653A" w:rsidRDefault="00F12FB4" w:rsidP="00777F1A">
      <w:pPr>
        <w:pStyle w:val="ListParagraph"/>
        <w:numPr>
          <w:ilvl w:val="0"/>
          <w:numId w:val="11"/>
        </w:numPr>
        <w:spacing w:after="0" w:line="240" w:lineRule="auto"/>
        <w:jc w:val="both"/>
        <w:rPr>
          <w:rFonts w:ascii="Times New Roman" w:hAnsi="Times New Roman" w:cs="Times New Roman"/>
          <w:sz w:val="20"/>
          <w:szCs w:val="20"/>
        </w:rPr>
      </w:pPr>
      <w:r w:rsidRPr="00DB653A">
        <w:rPr>
          <w:rFonts w:ascii="Times New Roman" w:hAnsi="Times New Roman" w:cs="Times New Roman"/>
          <w:sz w:val="20"/>
          <w:szCs w:val="20"/>
        </w:rPr>
        <w:t xml:space="preserve">It's about leading in prayer, setting the tone, and acting when needed. </w:t>
      </w:r>
    </w:p>
    <w:p w14:paraId="612FCF84" w14:textId="26835C74" w:rsidR="00915385" w:rsidRPr="00DB653A" w:rsidRDefault="00766BFC" w:rsidP="00777F1A">
      <w:pPr>
        <w:pStyle w:val="ListParagraph"/>
        <w:numPr>
          <w:ilvl w:val="0"/>
          <w:numId w:val="11"/>
        </w:numPr>
        <w:spacing w:after="0" w:line="240" w:lineRule="auto"/>
        <w:jc w:val="both"/>
        <w:rPr>
          <w:rFonts w:ascii="Times New Roman" w:hAnsi="Times New Roman" w:cs="Times New Roman"/>
          <w:sz w:val="20"/>
          <w:szCs w:val="20"/>
        </w:rPr>
      </w:pPr>
      <w:r w:rsidRPr="00DB653A">
        <w:rPr>
          <w:rFonts w:ascii="Times New Roman" w:hAnsi="Times New Roman" w:cs="Times New Roman"/>
          <w:sz w:val="20"/>
          <w:szCs w:val="20"/>
        </w:rPr>
        <w:t>Some biblical examples include Joshua (Joshua 24:15) and Abraham (Genesis 18:19).</w:t>
      </w:r>
    </w:p>
    <w:p w14:paraId="1187CC27" w14:textId="77777777" w:rsidR="00D313BD" w:rsidRPr="00D313BD" w:rsidRDefault="00D313BD" w:rsidP="00777F1A">
      <w:pPr>
        <w:pStyle w:val="ListParagraph"/>
        <w:numPr>
          <w:ilvl w:val="0"/>
          <w:numId w:val="11"/>
        </w:numPr>
        <w:spacing w:after="0" w:line="240" w:lineRule="auto"/>
        <w:jc w:val="both"/>
        <w:rPr>
          <w:rFonts w:ascii="Times New Roman" w:hAnsi="Times New Roman" w:cs="Times New Roman"/>
          <w:sz w:val="20"/>
          <w:szCs w:val="20"/>
        </w:rPr>
      </w:pPr>
      <w:r w:rsidRPr="00D313BD">
        <w:rPr>
          <w:rFonts w:ascii="Times New Roman" w:hAnsi="Times New Roman" w:cs="Times New Roman"/>
          <w:sz w:val="20"/>
          <w:szCs w:val="20"/>
        </w:rPr>
        <w:t xml:space="preserve">Jesus (our ultimate example) took the ultimate initiative by coming to seek us and save us, and He “gave Himself up” for the church. </w:t>
      </w:r>
    </w:p>
    <w:p w14:paraId="21AFB19D" w14:textId="77777777" w:rsidR="00D313BD" w:rsidRPr="00D313BD" w:rsidRDefault="00D313BD" w:rsidP="00777F1A">
      <w:pPr>
        <w:pStyle w:val="ListParagraph"/>
        <w:numPr>
          <w:ilvl w:val="0"/>
          <w:numId w:val="11"/>
        </w:numPr>
        <w:spacing w:after="0" w:line="240" w:lineRule="auto"/>
        <w:jc w:val="both"/>
        <w:rPr>
          <w:rFonts w:ascii="Times New Roman" w:hAnsi="Times New Roman" w:cs="Times New Roman"/>
          <w:sz w:val="20"/>
          <w:szCs w:val="20"/>
        </w:rPr>
      </w:pPr>
      <w:r w:rsidRPr="00D313BD">
        <w:rPr>
          <w:rFonts w:ascii="Times New Roman" w:hAnsi="Times New Roman" w:cs="Times New Roman"/>
          <w:sz w:val="20"/>
          <w:szCs w:val="20"/>
        </w:rPr>
        <w:t xml:space="preserve">In smaller ways, we fathers imitate Christ when we </w:t>
      </w:r>
      <w:r w:rsidRPr="00D313BD">
        <w:rPr>
          <w:rFonts w:ascii="Times New Roman" w:hAnsi="Times New Roman" w:cs="Times New Roman"/>
          <w:i/>
          <w:iCs/>
          <w:sz w:val="20"/>
          <w:szCs w:val="20"/>
        </w:rPr>
        <w:t>proactively</w:t>
      </w:r>
      <w:r w:rsidRPr="00D313BD">
        <w:rPr>
          <w:rFonts w:ascii="Times New Roman" w:hAnsi="Times New Roman" w:cs="Times New Roman"/>
          <w:sz w:val="20"/>
          <w:szCs w:val="20"/>
        </w:rPr>
        <w:t xml:space="preserve"> love, protect, and guide our families. </w:t>
      </w:r>
    </w:p>
    <w:p w14:paraId="3FC653E7" w14:textId="77777777" w:rsidR="005B3322" w:rsidRPr="00FB53C5" w:rsidRDefault="005B3322" w:rsidP="005B3322">
      <w:pPr>
        <w:spacing w:after="0" w:line="240" w:lineRule="auto"/>
        <w:rPr>
          <w:rFonts w:ascii="Times New Roman" w:hAnsi="Times New Roman" w:cs="Times New Roman"/>
          <w:sz w:val="16"/>
          <w:szCs w:val="16"/>
        </w:rPr>
      </w:pPr>
    </w:p>
    <w:p w14:paraId="5E97E43F" w14:textId="5FB2D550" w:rsidR="00915385" w:rsidRPr="005B3322" w:rsidRDefault="00F12FB4" w:rsidP="005B3322">
      <w:pPr>
        <w:pStyle w:val="Heading3"/>
        <w:spacing w:before="0" w:line="240" w:lineRule="auto"/>
        <w:rPr>
          <w:rFonts w:ascii="Times New Roman" w:hAnsi="Times New Roman" w:cs="Times New Roman"/>
          <w:i/>
          <w:iCs/>
          <w:color w:val="auto"/>
          <w:sz w:val="24"/>
          <w:szCs w:val="24"/>
        </w:rPr>
      </w:pPr>
      <w:r w:rsidRPr="005B3322">
        <w:rPr>
          <w:rFonts w:ascii="Times New Roman" w:hAnsi="Times New Roman" w:cs="Times New Roman"/>
          <w:color w:val="auto"/>
          <w:sz w:val="24"/>
          <w:szCs w:val="24"/>
        </w:rPr>
        <w:t xml:space="preserve">2. </w:t>
      </w:r>
      <w:r w:rsidRPr="005B3322">
        <w:rPr>
          <w:rFonts w:ascii="Times New Roman" w:hAnsi="Times New Roman" w:cs="Times New Roman"/>
          <w:color w:val="auto"/>
          <w:sz w:val="24"/>
          <w:szCs w:val="24"/>
          <w:u w:val="single"/>
        </w:rPr>
        <w:t>Intimacy</w:t>
      </w:r>
      <w:r w:rsidR="005B3322">
        <w:rPr>
          <w:rFonts w:ascii="Times New Roman" w:hAnsi="Times New Roman" w:cs="Times New Roman"/>
          <w:color w:val="auto"/>
          <w:sz w:val="24"/>
          <w:szCs w:val="24"/>
        </w:rPr>
        <w:t xml:space="preserve">: </w:t>
      </w:r>
      <w:r w:rsidRPr="005B3322">
        <w:rPr>
          <w:rFonts w:ascii="Times New Roman" w:hAnsi="Times New Roman" w:cs="Times New Roman"/>
          <w:i/>
          <w:iCs/>
          <w:color w:val="auto"/>
          <w:sz w:val="24"/>
          <w:szCs w:val="24"/>
        </w:rPr>
        <w:t>“Do I experience intimacy with God and others through open conversations?”</w:t>
      </w:r>
    </w:p>
    <w:p w14:paraId="3ABCF268" w14:textId="77777777" w:rsidR="005B3322" w:rsidRPr="00FB53C5" w:rsidRDefault="005B3322" w:rsidP="005B3322">
      <w:pPr>
        <w:spacing w:after="0" w:line="240" w:lineRule="auto"/>
        <w:rPr>
          <w:rFonts w:ascii="Times New Roman" w:hAnsi="Times New Roman" w:cs="Times New Roman"/>
          <w:sz w:val="16"/>
          <w:szCs w:val="16"/>
        </w:rPr>
      </w:pPr>
    </w:p>
    <w:p w14:paraId="5DB6EF28" w14:textId="77777777" w:rsidR="00FB53C5" w:rsidRPr="00777F1A" w:rsidRDefault="00F12FB4" w:rsidP="00777F1A">
      <w:pPr>
        <w:pStyle w:val="ListParagraph"/>
        <w:numPr>
          <w:ilvl w:val="0"/>
          <w:numId w:val="14"/>
        </w:numPr>
        <w:spacing w:after="0" w:line="240" w:lineRule="auto"/>
        <w:jc w:val="both"/>
        <w:rPr>
          <w:rFonts w:ascii="Times New Roman" w:hAnsi="Times New Roman" w:cs="Times New Roman"/>
          <w:sz w:val="20"/>
          <w:szCs w:val="20"/>
        </w:rPr>
      </w:pPr>
      <w:r w:rsidRPr="00777F1A">
        <w:rPr>
          <w:rFonts w:ascii="Times New Roman" w:hAnsi="Times New Roman" w:cs="Times New Roman"/>
          <w:sz w:val="20"/>
          <w:szCs w:val="20"/>
        </w:rPr>
        <w:t xml:space="preserve">Intimacy involves open communication and heart-level connection with God (James 4:8, Luke 5:16) and family (Ephesians 6:4, Psalm 27:4). </w:t>
      </w:r>
    </w:p>
    <w:p w14:paraId="57646107" w14:textId="2E1B05B6" w:rsidR="005B3322" w:rsidRDefault="00F12FB4" w:rsidP="00777F1A">
      <w:pPr>
        <w:pStyle w:val="ListParagraph"/>
        <w:numPr>
          <w:ilvl w:val="0"/>
          <w:numId w:val="14"/>
        </w:numPr>
        <w:spacing w:after="0" w:line="240" w:lineRule="auto"/>
        <w:jc w:val="both"/>
        <w:rPr>
          <w:rFonts w:ascii="Times New Roman" w:hAnsi="Times New Roman" w:cs="Times New Roman"/>
          <w:sz w:val="20"/>
          <w:szCs w:val="20"/>
        </w:rPr>
      </w:pPr>
      <w:r w:rsidRPr="00777F1A">
        <w:rPr>
          <w:rFonts w:ascii="Times New Roman" w:hAnsi="Times New Roman" w:cs="Times New Roman"/>
          <w:sz w:val="20"/>
          <w:szCs w:val="20"/>
        </w:rPr>
        <w:t>It includes listening, vulnerability, and creating space for meaningful conversations.</w:t>
      </w:r>
    </w:p>
    <w:p w14:paraId="28D3BE54" w14:textId="63D4E25D" w:rsidR="006D4076" w:rsidRPr="006D4076" w:rsidRDefault="006C4AE9" w:rsidP="006D4076">
      <w:pPr>
        <w:pStyle w:val="ListParagraph"/>
        <w:numPr>
          <w:ilvl w:val="0"/>
          <w:numId w:val="1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 biblical example - </w:t>
      </w:r>
      <w:r w:rsidR="006D4076" w:rsidRPr="006D4076">
        <w:rPr>
          <w:rFonts w:ascii="Times New Roman" w:hAnsi="Times New Roman" w:cs="Times New Roman"/>
          <w:sz w:val="20"/>
          <w:szCs w:val="20"/>
        </w:rPr>
        <w:t xml:space="preserve">Job showed spiritual intimacy for his family by praying for his children regularly in case they had sinned (Job 1:5). </w:t>
      </w:r>
    </w:p>
    <w:p w14:paraId="582BD008" w14:textId="53D28A37" w:rsidR="006D4076" w:rsidRPr="006D4076" w:rsidRDefault="006D4076" w:rsidP="006D4076">
      <w:pPr>
        <w:pStyle w:val="ListParagraph"/>
        <w:numPr>
          <w:ilvl w:val="0"/>
          <w:numId w:val="14"/>
        </w:numPr>
        <w:spacing w:after="0" w:line="240" w:lineRule="auto"/>
        <w:jc w:val="both"/>
        <w:rPr>
          <w:rFonts w:ascii="Times New Roman" w:hAnsi="Times New Roman" w:cs="Times New Roman"/>
          <w:sz w:val="20"/>
          <w:szCs w:val="20"/>
        </w:rPr>
      </w:pPr>
      <w:r w:rsidRPr="006D4076">
        <w:rPr>
          <w:rFonts w:ascii="Times New Roman" w:hAnsi="Times New Roman" w:cs="Times New Roman"/>
          <w:sz w:val="20"/>
          <w:szCs w:val="20"/>
        </w:rPr>
        <w:t xml:space="preserve">We need to remember, intimacy isn’t </w:t>
      </w:r>
      <w:r w:rsidR="00E1198B" w:rsidRPr="006D4076">
        <w:rPr>
          <w:rFonts w:ascii="Times New Roman" w:hAnsi="Times New Roman" w:cs="Times New Roman"/>
          <w:i/>
          <w:iCs/>
          <w:sz w:val="20"/>
          <w:szCs w:val="20"/>
        </w:rPr>
        <w:t>a weakness</w:t>
      </w:r>
      <w:r w:rsidRPr="006D4076">
        <w:rPr>
          <w:rFonts w:ascii="Times New Roman" w:hAnsi="Times New Roman" w:cs="Times New Roman"/>
          <w:sz w:val="20"/>
          <w:szCs w:val="20"/>
        </w:rPr>
        <w:t xml:space="preserve">; it’s </w:t>
      </w:r>
      <w:proofErr w:type="gramStart"/>
      <w:r w:rsidRPr="006D4076">
        <w:rPr>
          <w:rFonts w:ascii="Times New Roman" w:hAnsi="Times New Roman" w:cs="Times New Roman"/>
          <w:sz w:val="20"/>
          <w:szCs w:val="20"/>
        </w:rPr>
        <w:t>a strength</w:t>
      </w:r>
      <w:proofErr w:type="gramEnd"/>
      <w:r w:rsidRPr="006D4076">
        <w:rPr>
          <w:rFonts w:ascii="Times New Roman" w:hAnsi="Times New Roman" w:cs="Times New Roman"/>
          <w:sz w:val="20"/>
          <w:szCs w:val="20"/>
        </w:rPr>
        <w:t xml:space="preserve"> of secure leaders. </w:t>
      </w:r>
    </w:p>
    <w:p w14:paraId="1C487714" w14:textId="77777777" w:rsidR="00A00554" w:rsidRPr="00A00554" w:rsidRDefault="00A00554" w:rsidP="00A00554">
      <w:pPr>
        <w:pStyle w:val="ListParagraph"/>
        <w:numPr>
          <w:ilvl w:val="0"/>
          <w:numId w:val="14"/>
        </w:numPr>
        <w:spacing w:after="0" w:line="240" w:lineRule="auto"/>
        <w:jc w:val="both"/>
        <w:rPr>
          <w:rFonts w:ascii="Times New Roman" w:hAnsi="Times New Roman" w:cs="Times New Roman"/>
          <w:sz w:val="20"/>
          <w:szCs w:val="20"/>
        </w:rPr>
      </w:pPr>
      <w:r w:rsidRPr="00A00554">
        <w:rPr>
          <w:rFonts w:ascii="Times New Roman" w:hAnsi="Times New Roman" w:cs="Times New Roman"/>
          <w:sz w:val="20"/>
          <w:szCs w:val="20"/>
        </w:rPr>
        <w:t>Remember, t</w:t>
      </w:r>
      <w:r w:rsidRPr="00F7074E">
        <w:rPr>
          <w:rFonts w:ascii="Times New Roman" w:hAnsi="Times New Roman" w:cs="Times New Roman"/>
          <w:sz w:val="20"/>
          <w:szCs w:val="20"/>
        </w:rPr>
        <w:t>he key is being present</w:t>
      </w:r>
      <w:r w:rsidRPr="00A00554">
        <w:rPr>
          <w:rFonts w:ascii="Times New Roman" w:hAnsi="Times New Roman" w:cs="Times New Roman"/>
          <w:sz w:val="20"/>
          <w:szCs w:val="20"/>
        </w:rPr>
        <w:t>,</w:t>
      </w:r>
      <w:r w:rsidRPr="00F7074E">
        <w:rPr>
          <w:rFonts w:ascii="Times New Roman" w:hAnsi="Times New Roman" w:cs="Times New Roman"/>
          <w:sz w:val="20"/>
          <w:szCs w:val="20"/>
        </w:rPr>
        <w:t xml:space="preserve"> and willing to share life beneath the surface. </w:t>
      </w:r>
    </w:p>
    <w:p w14:paraId="0D1DD5B0" w14:textId="230CF2B0" w:rsidR="00777F1A" w:rsidRPr="00A00554" w:rsidRDefault="00A00554" w:rsidP="00A00554">
      <w:pPr>
        <w:pStyle w:val="ListParagraph"/>
        <w:numPr>
          <w:ilvl w:val="0"/>
          <w:numId w:val="14"/>
        </w:numPr>
        <w:spacing w:after="0" w:line="240" w:lineRule="auto"/>
        <w:jc w:val="both"/>
        <w:rPr>
          <w:rFonts w:ascii="Times New Roman" w:hAnsi="Times New Roman" w:cs="Times New Roman"/>
          <w:sz w:val="20"/>
          <w:szCs w:val="20"/>
        </w:rPr>
      </w:pPr>
      <w:r w:rsidRPr="00A00554">
        <w:rPr>
          <w:rFonts w:ascii="Times New Roman" w:hAnsi="Times New Roman" w:cs="Times New Roman"/>
          <w:sz w:val="20"/>
          <w:szCs w:val="20"/>
        </w:rPr>
        <w:t>God will honor those efforts by drawing your family closer to Him and each other.</w:t>
      </w:r>
    </w:p>
    <w:p w14:paraId="19B3F495" w14:textId="77777777" w:rsidR="005B3322" w:rsidRPr="00E1198B" w:rsidRDefault="005B3322" w:rsidP="005B3322">
      <w:pPr>
        <w:spacing w:after="0" w:line="240" w:lineRule="auto"/>
        <w:rPr>
          <w:rFonts w:ascii="Times New Roman" w:hAnsi="Times New Roman" w:cs="Times New Roman"/>
          <w:sz w:val="16"/>
          <w:szCs w:val="16"/>
        </w:rPr>
      </w:pPr>
    </w:p>
    <w:p w14:paraId="17D81B43" w14:textId="73826846" w:rsidR="00915385" w:rsidRPr="005B3322" w:rsidRDefault="00F12FB4" w:rsidP="005B3322">
      <w:pPr>
        <w:pStyle w:val="Heading3"/>
        <w:spacing w:before="0" w:line="240" w:lineRule="auto"/>
        <w:rPr>
          <w:rFonts w:ascii="Times New Roman" w:hAnsi="Times New Roman" w:cs="Times New Roman"/>
          <w:i/>
          <w:iCs/>
          <w:color w:val="auto"/>
          <w:sz w:val="24"/>
          <w:szCs w:val="24"/>
        </w:rPr>
      </w:pPr>
      <w:r w:rsidRPr="005B3322">
        <w:rPr>
          <w:rFonts w:ascii="Times New Roman" w:hAnsi="Times New Roman" w:cs="Times New Roman"/>
          <w:color w:val="auto"/>
          <w:sz w:val="24"/>
          <w:szCs w:val="24"/>
        </w:rPr>
        <w:t xml:space="preserve">3. </w:t>
      </w:r>
      <w:r w:rsidRPr="005B3322">
        <w:rPr>
          <w:rFonts w:ascii="Times New Roman" w:hAnsi="Times New Roman" w:cs="Times New Roman"/>
          <w:color w:val="auto"/>
          <w:sz w:val="24"/>
          <w:szCs w:val="24"/>
          <w:u w:val="single"/>
        </w:rPr>
        <w:t>Influence</w:t>
      </w:r>
      <w:r w:rsidR="005B3322">
        <w:rPr>
          <w:rFonts w:ascii="Times New Roman" w:hAnsi="Times New Roman" w:cs="Times New Roman"/>
          <w:color w:val="auto"/>
          <w:sz w:val="24"/>
          <w:szCs w:val="24"/>
        </w:rPr>
        <w:t xml:space="preserve">: </w:t>
      </w:r>
      <w:r w:rsidRPr="005B3322">
        <w:rPr>
          <w:rFonts w:ascii="Times New Roman" w:hAnsi="Times New Roman" w:cs="Times New Roman"/>
          <w:i/>
          <w:iCs/>
          <w:color w:val="auto"/>
          <w:sz w:val="24"/>
          <w:szCs w:val="24"/>
        </w:rPr>
        <w:t>“Do I exercise biblical influence by encouraging and developing others?”</w:t>
      </w:r>
    </w:p>
    <w:p w14:paraId="7ED77010" w14:textId="77777777" w:rsidR="005B3322" w:rsidRPr="00E1198B" w:rsidRDefault="005B3322" w:rsidP="005B3322">
      <w:pPr>
        <w:spacing w:after="0" w:line="240" w:lineRule="auto"/>
        <w:rPr>
          <w:rFonts w:ascii="Times New Roman" w:hAnsi="Times New Roman" w:cs="Times New Roman"/>
          <w:sz w:val="16"/>
          <w:szCs w:val="16"/>
        </w:rPr>
      </w:pPr>
    </w:p>
    <w:p w14:paraId="7E591714" w14:textId="77777777" w:rsidR="00E1198B" w:rsidRPr="000208E1" w:rsidRDefault="00F12FB4" w:rsidP="00E1198B">
      <w:pPr>
        <w:pStyle w:val="ListParagraph"/>
        <w:numPr>
          <w:ilvl w:val="0"/>
          <w:numId w:val="19"/>
        </w:numPr>
        <w:spacing w:after="0" w:line="240" w:lineRule="auto"/>
        <w:rPr>
          <w:rFonts w:ascii="Times New Roman" w:hAnsi="Times New Roman" w:cs="Times New Roman"/>
          <w:sz w:val="20"/>
          <w:szCs w:val="20"/>
        </w:rPr>
      </w:pPr>
      <w:r w:rsidRPr="000208E1">
        <w:rPr>
          <w:rFonts w:ascii="Times New Roman" w:hAnsi="Times New Roman" w:cs="Times New Roman"/>
          <w:sz w:val="20"/>
          <w:szCs w:val="20"/>
        </w:rPr>
        <w:t xml:space="preserve">Every father has influence. We are to use it to build up and point our families to Christ. </w:t>
      </w:r>
    </w:p>
    <w:p w14:paraId="589AA41E" w14:textId="54272F94" w:rsidR="00915385" w:rsidRDefault="00F12FB4" w:rsidP="00E1198B">
      <w:pPr>
        <w:pStyle w:val="ListParagraph"/>
        <w:numPr>
          <w:ilvl w:val="0"/>
          <w:numId w:val="19"/>
        </w:numPr>
        <w:spacing w:after="0" w:line="240" w:lineRule="auto"/>
        <w:rPr>
          <w:rFonts w:ascii="Times New Roman" w:hAnsi="Times New Roman" w:cs="Times New Roman"/>
          <w:sz w:val="20"/>
          <w:szCs w:val="20"/>
        </w:rPr>
      </w:pPr>
      <w:r w:rsidRPr="000208E1">
        <w:rPr>
          <w:rFonts w:ascii="Times New Roman" w:hAnsi="Times New Roman" w:cs="Times New Roman"/>
          <w:sz w:val="20"/>
          <w:szCs w:val="20"/>
        </w:rPr>
        <w:t>Examples: Paul (1 Thessalonians 2:11–12), Mordecai and Esther, Timothy’s heritage (2 Timothy 1:5), Moses’ words (Deuteronomy 6:7–9).</w:t>
      </w:r>
    </w:p>
    <w:p w14:paraId="379EFB65" w14:textId="77777777" w:rsidR="002C7E8E" w:rsidRPr="002C7E8E" w:rsidRDefault="002C7E8E" w:rsidP="002C7E8E">
      <w:pPr>
        <w:pStyle w:val="ListParagraph"/>
        <w:numPr>
          <w:ilvl w:val="0"/>
          <w:numId w:val="19"/>
        </w:numPr>
        <w:spacing w:after="0" w:line="240" w:lineRule="auto"/>
        <w:rPr>
          <w:rFonts w:ascii="Times New Roman" w:hAnsi="Times New Roman" w:cs="Times New Roman"/>
          <w:sz w:val="20"/>
          <w:szCs w:val="20"/>
        </w:rPr>
      </w:pPr>
      <w:r w:rsidRPr="002C7E8E">
        <w:rPr>
          <w:rFonts w:ascii="Times New Roman" w:hAnsi="Times New Roman" w:cs="Times New Roman"/>
          <w:sz w:val="20"/>
          <w:szCs w:val="20"/>
        </w:rPr>
        <w:t>Dads and granddads let’s be sure we use</w:t>
      </w:r>
      <w:r w:rsidRPr="00F7074E">
        <w:rPr>
          <w:rFonts w:ascii="Times New Roman" w:hAnsi="Times New Roman" w:cs="Times New Roman"/>
          <w:sz w:val="20"/>
          <w:szCs w:val="20"/>
        </w:rPr>
        <w:t xml:space="preserve"> our influence to point </w:t>
      </w:r>
      <w:r w:rsidRPr="002C7E8E">
        <w:rPr>
          <w:rFonts w:ascii="Times New Roman" w:hAnsi="Times New Roman" w:cs="Times New Roman"/>
          <w:sz w:val="20"/>
          <w:szCs w:val="20"/>
        </w:rPr>
        <w:t xml:space="preserve">our </w:t>
      </w:r>
      <w:proofErr w:type="gramStart"/>
      <w:r w:rsidRPr="002C7E8E">
        <w:rPr>
          <w:rFonts w:ascii="Times New Roman" w:hAnsi="Times New Roman" w:cs="Times New Roman"/>
          <w:sz w:val="20"/>
          <w:szCs w:val="20"/>
        </w:rPr>
        <w:t>family’s</w:t>
      </w:r>
      <w:proofErr w:type="gramEnd"/>
      <w:r w:rsidRPr="002C7E8E">
        <w:rPr>
          <w:rFonts w:ascii="Times New Roman" w:hAnsi="Times New Roman" w:cs="Times New Roman"/>
          <w:sz w:val="20"/>
          <w:szCs w:val="20"/>
        </w:rPr>
        <w:t xml:space="preserve"> </w:t>
      </w:r>
      <w:r w:rsidRPr="00F7074E">
        <w:rPr>
          <w:rFonts w:ascii="Times New Roman" w:hAnsi="Times New Roman" w:cs="Times New Roman"/>
          <w:sz w:val="20"/>
          <w:szCs w:val="20"/>
        </w:rPr>
        <w:t>to Christ.</w:t>
      </w:r>
    </w:p>
    <w:p w14:paraId="43E1D23A" w14:textId="77777777" w:rsidR="00CE2EC7" w:rsidRPr="00CE2EC7" w:rsidRDefault="00CE2EC7" w:rsidP="00CE2EC7">
      <w:pPr>
        <w:pStyle w:val="ListParagraph"/>
        <w:numPr>
          <w:ilvl w:val="0"/>
          <w:numId w:val="19"/>
        </w:numPr>
        <w:spacing w:after="0" w:line="240" w:lineRule="auto"/>
        <w:jc w:val="both"/>
        <w:rPr>
          <w:rFonts w:ascii="Times New Roman" w:hAnsi="Times New Roman" w:cs="Times New Roman"/>
          <w:sz w:val="20"/>
          <w:szCs w:val="20"/>
        </w:rPr>
      </w:pPr>
      <w:r w:rsidRPr="00CE2EC7">
        <w:rPr>
          <w:rFonts w:ascii="Times New Roman" w:hAnsi="Times New Roman" w:cs="Times New Roman"/>
          <w:sz w:val="20"/>
          <w:szCs w:val="20"/>
        </w:rPr>
        <w:t>How wonderful if one day it’s said, “I first learned about Jesus from my granddad” or “My dad’s integrity at work showed me what a Christian should be.”</w:t>
      </w:r>
    </w:p>
    <w:p w14:paraId="6AFFC776" w14:textId="77777777" w:rsidR="005B3322" w:rsidRPr="005B3322" w:rsidRDefault="005B3322" w:rsidP="005B3322">
      <w:pPr>
        <w:spacing w:after="0" w:line="240" w:lineRule="auto"/>
        <w:rPr>
          <w:rFonts w:ascii="Times New Roman" w:hAnsi="Times New Roman" w:cs="Times New Roman"/>
          <w:sz w:val="24"/>
          <w:szCs w:val="24"/>
        </w:rPr>
      </w:pPr>
    </w:p>
    <w:p w14:paraId="1D9D0DF8" w14:textId="446C57E5" w:rsidR="00915385" w:rsidRDefault="00F12FB4" w:rsidP="005B3322">
      <w:pPr>
        <w:pStyle w:val="Heading3"/>
        <w:spacing w:before="0" w:line="240" w:lineRule="auto"/>
        <w:rPr>
          <w:rFonts w:ascii="Times New Roman" w:hAnsi="Times New Roman" w:cs="Times New Roman"/>
          <w:i/>
          <w:iCs/>
          <w:color w:val="auto"/>
          <w:sz w:val="24"/>
          <w:szCs w:val="24"/>
        </w:rPr>
      </w:pPr>
      <w:r w:rsidRPr="005B3322">
        <w:rPr>
          <w:rFonts w:ascii="Times New Roman" w:hAnsi="Times New Roman" w:cs="Times New Roman"/>
          <w:color w:val="auto"/>
          <w:sz w:val="24"/>
          <w:szCs w:val="24"/>
        </w:rPr>
        <w:t xml:space="preserve">4. </w:t>
      </w:r>
      <w:r w:rsidRPr="005B3322">
        <w:rPr>
          <w:rFonts w:ascii="Times New Roman" w:hAnsi="Times New Roman" w:cs="Times New Roman"/>
          <w:color w:val="auto"/>
          <w:sz w:val="24"/>
          <w:szCs w:val="24"/>
          <w:u w:val="single"/>
        </w:rPr>
        <w:t>Integrity</w:t>
      </w:r>
      <w:r w:rsidR="005B3322">
        <w:rPr>
          <w:rFonts w:ascii="Times New Roman" w:hAnsi="Times New Roman" w:cs="Times New Roman"/>
          <w:color w:val="auto"/>
          <w:sz w:val="24"/>
          <w:szCs w:val="24"/>
        </w:rPr>
        <w:t xml:space="preserve">: </w:t>
      </w:r>
      <w:r w:rsidRPr="005B3322">
        <w:rPr>
          <w:rFonts w:ascii="Times New Roman" w:hAnsi="Times New Roman" w:cs="Times New Roman"/>
          <w:i/>
          <w:iCs/>
          <w:color w:val="auto"/>
          <w:sz w:val="24"/>
          <w:szCs w:val="24"/>
        </w:rPr>
        <w:t xml:space="preserve">“Do I lead an honest life, </w:t>
      </w:r>
      <w:r w:rsidRPr="005B3322">
        <w:rPr>
          <w:rFonts w:ascii="Times New Roman" w:hAnsi="Times New Roman" w:cs="Times New Roman"/>
          <w:i/>
          <w:iCs/>
          <w:color w:val="auto"/>
          <w:sz w:val="24"/>
          <w:szCs w:val="24"/>
        </w:rPr>
        <w:t>unashamed of who I am when no one is looking?”</w:t>
      </w:r>
    </w:p>
    <w:p w14:paraId="1C3C774B" w14:textId="77777777" w:rsidR="005B3322" w:rsidRPr="002C7E8E" w:rsidRDefault="005B3322" w:rsidP="005B3322">
      <w:pPr>
        <w:spacing w:after="0" w:line="240" w:lineRule="auto"/>
        <w:rPr>
          <w:sz w:val="16"/>
          <w:szCs w:val="16"/>
        </w:rPr>
      </w:pPr>
    </w:p>
    <w:p w14:paraId="5A7DA2D6" w14:textId="77777777" w:rsidR="002C7E8E" w:rsidRPr="00741B97" w:rsidRDefault="00F12FB4" w:rsidP="002C7E8E">
      <w:pPr>
        <w:pStyle w:val="ListParagraph"/>
        <w:numPr>
          <w:ilvl w:val="0"/>
          <w:numId w:val="20"/>
        </w:numPr>
        <w:spacing w:after="0" w:line="240" w:lineRule="auto"/>
        <w:rPr>
          <w:rFonts w:ascii="Times New Roman" w:hAnsi="Times New Roman" w:cs="Times New Roman"/>
          <w:sz w:val="20"/>
          <w:szCs w:val="20"/>
        </w:rPr>
      </w:pPr>
      <w:r w:rsidRPr="00741B97">
        <w:rPr>
          <w:rFonts w:ascii="Times New Roman" w:hAnsi="Times New Roman" w:cs="Times New Roman"/>
          <w:sz w:val="20"/>
          <w:szCs w:val="20"/>
        </w:rPr>
        <w:t xml:space="preserve">Integrity is consistent, godly character in public and private. </w:t>
      </w:r>
    </w:p>
    <w:p w14:paraId="550B7A40" w14:textId="77777777" w:rsidR="00741B97" w:rsidRPr="00741B97" w:rsidRDefault="002C7E8E" w:rsidP="002C7E8E">
      <w:pPr>
        <w:pStyle w:val="ListParagraph"/>
        <w:numPr>
          <w:ilvl w:val="0"/>
          <w:numId w:val="20"/>
        </w:numPr>
        <w:spacing w:after="0" w:line="240" w:lineRule="auto"/>
        <w:rPr>
          <w:rFonts w:ascii="Times New Roman" w:hAnsi="Times New Roman" w:cs="Times New Roman"/>
          <w:sz w:val="20"/>
          <w:szCs w:val="20"/>
        </w:rPr>
      </w:pPr>
      <w:r w:rsidRPr="00741B97">
        <w:rPr>
          <w:rFonts w:ascii="Times New Roman" w:hAnsi="Times New Roman" w:cs="Times New Roman"/>
          <w:sz w:val="20"/>
          <w:szCs w:val="20"/>
        </w:rPr>
        <w:t xml:space="preserve">Biblical examples: Job (Job 1:1), Daniel (Daniel 6:4), Zechariah (Luke 1:6). </w:t>
      </w:r>
    </w:p>
    <w:p w14:paraId="5CF30E1D" w14:textId="77777777" w:rsidR="00AC648D" w:rsidRDefault="00F12FB4" w:rsidP="00AC648D">
      <w:pPr>
        <w:pStyle w:val="ListParagraph"/>
        <w:numPr>
          <w:ilvl w:val="0"/>
          <w:numId w:val="20"/>
        </w:numPr>
        <w:spacing w:after="0" w:line="240" w:lineRule="auto"/>
        <w:rPr>
          <w:rFonts w:ascii="Times New Roman" w:hAnsi="Times New Roman" w:cs="Times New Roman"/>
          <w:sz w:val="20"/>
          <w:szCs w:val="20"/>
        </w:rPr>
      </w:pPr>
      <w:r w:rsidRPr="00741B97">
        <w:rPr>
          <w:rFonts w:ascii="Times New Roman" w:hAnsi="Times New Roman" w:cs="Times New Roman"/>
          <w:sz w:val="20"/>
          <w:szCs w:val="20"/>
        </w:rPr>
        <w:t xml:space="preserve">Proverbs 20:7 </w:t>
      </w:r>
      <w:proofErr w:type="gramStart"/>
      <w:r w:rsidRPr="00741B97">
        <w:rPr>
          <w:rFonts w:ascii="Times New Roman" w:hAnsi="Times New Roman" w:cs="Times New Roman"/>
          <w:sz w:val="20"/>
          <w:szCs w:val="20"/>
        </w:rPr>
        <w:t>highlights</w:t>
      </w:r>
      <w:proofErr w:type="gramEnd"/>
      <w:r w:rsidRPr="00741B97">
        <w:rPr>
          <w:rFonts w:ascii="Times New Roman" w:hAnsi="Times New Roman" w:cs="Times New Roman"/>
          <w:sz w:val="20"/>
          <w:szCs w:val="20"/>
        </w:rPr>
        <w:t xml:space="preserve"> the blessing of a father who walks in integrity.</w:t>
      </w:r>
    </w:p>
    <w:p w14:paraId="5BCA6616" w14:textId="50AECCC9" w:rsidR="00D8431E" w:rsidRPr="00AC648D" w:rsidRDefault="00D5046A" w:rsidP="00AC648D">
      <w:pPr>
        <w:pStyle w:val="ListParagraph"/>
        <w:numPr>
          <w:ilvl w:val="0"/>
          <w:numId w:val="20"/>
        </w:numPr>
        <w:spacing w:after="0" w:line="240" w:lineRule="auto"/>
        <w:rPr>
          <w:rFonts w:ascii="Times New Roman" w:hAnsi="Times New Roman" w:cs="Times New Roman"/>
          <w:sz w:val="20"/>
          <w:szCs w:val="20"/>
        </w:rPr>
      </w:pPr>
      <w:r w:rsidRPr="00AC648D">
        <w:rPr>
          <w:rFonts w:ascii="Times New Roman" w:hAnsi="Times New Roman" w:cs="Times New Roman"/>
          <w:sz w:val="20"/>
          <w:szCs w:val="20"/>
        </w:rPr>
        <w:t>I</w:t>
      </w:r>
      <w:r w:rsidR="00361F8D" w:rsidRPr="00AC648D">
        <w:rPr>
          <w:rFonts w:ascii="Times New Roman" w:hAnsi="Times New Roman" w:cs="Times New Roman"/>
          <w:sz w:val="20"/>
          <w:szCs w:val="20"/>
        </w:rPr>
        <w:t xml:space="preserve">ntegrity is </w:t>
      </w:r>
      <w:r w:rsidR="00361F8D" w:rsidRPr="00AC648D">
        <w:rPr>
          <w:rFonts w:ascii="Times New Roman" w:hAnsi="Times New Roman" w:cs="Times New Roman"/>
          <w:i/>
          <w:iCs/>
          <w:sz w:val="20"/>
          <w:szCs w:val="20"/>
        </w:rPr>
        <w:t>whole-life consistency</w:t>
      </w:r>
      <w:r w:rsidR="00D8431E" w:rsidRPr="00AC648D">
        <w:rPr>
          <w:rFonts w:ascii="Times New Roman" w:hAnsi="Times New Roman" w:cs="Times New Roman"/>
          <w:i/>
          <w:iCs/>
          <w:sz w:val="20"/>
          <w:szCs w:val="20"/>
        </w:rPr>
        <w:t xml:space="preserve"> and b</w:t>
      </w:r>
      <w:r w:rsidR="00D8431E" w:rsidRPr="00AC648D">
        <w:rPr>
          <w:rFonts w:ascii="Times New Roman" w:hAnsi="Times New Roman" w:cs="Times New Roman"/>
          <w:sz w:val="20"/>
          <w:szCs w:val="20"/>
        </w:rPr>
        <w:t>y God’s grace, we can live with integrity that makes our family proud and, more importantly, pleases God.</w:t>
      </w:r>
      <w:r w:rsidR="00D8431E" w:rsidRPr="00AC648D">
        <w:rPr>
          <w:rFonts w:ascii="Verdana" w:hAnsi="Verdana"/>
          <w:sz w:val="24"/>
          <w:szCs w:val="24"/>
        </w:rPr>
        <w:t xml:space="preserve"> </w:t>
      </w:r>
    </w:p>
    <w:p w14:paraId="784303B3" w14:textId="77777777" w:rsidR="00361F8D" w:rsidRPr="00AC648D" w:rsidRDefault="00361F8D" w:rsidP="005B3322">
      <w:pPr>
        <w:spacing w:after="0" w:line="240" w:lineRule="auto"/>
        <w:rPr>
          <w:rFonts w:ascii="Times New Roman" w:hAnsi="Times New Roman" w:cs="Times New Roman"/>
          <w:sz w:val="16"/>
          <w:szCs w:val="16"/>
        </w:rPr>
      </w:pPr>
    </w:p>
    <w:p w14:paraId="4CF20812" w14:textId="77777777" w:rsidR="00AC648D" w:rsidRPr="00DF387B" w:rsidRDefault="00F12FB4" w:rsidP="00AC648D">
      <w:pPr>
        <w:pStyle w:val="Heading3"/>
        <w:spacing w:before="0" w:line="240" w:lineRule="auto"/>
        <w:rPr>
          <w:rFonts w:ascii="Times New Roman" w:hAnsi="Times New Roman" w:cs="Times New Roman"/>
          <w:i/>
          <w:iCs/>
          <w:color w:val="auto"/>
          <w:sz w:val="24"/>
          <w:szCs w:val="24"/>
        </w:rPr>
      </w:pPr>
      <w:r w:rsidRPr="005B3322">
        <w:rPr>
          <w:rFonts w:ascii="Times New Roman" w:hAnsi="Times New Roman" w:cs="Times New Roman"/>
          <w:color w:val="auto"/>
          <w:sz w:val="24"/>
          <w:szCs w:val="24"/>
        </w:rPr>
        <w:t xml:space="preserve">5. </w:t>
      </w:r>
      <w:r w:rsidRPr="005B3322">
        <w:rPr>
          <w:rFonts w:ascii="Times New Roman" w:hAnsi="Times New Roman" w:cs="Times New Roman"/>
          <w:color w:val="auto"/>
          <w:sz w:val="24"/>
          <w:szCs w:val="24"/>
          <w:u w:val="single"/>
        </w:rPr>
        <w:t>Identity</w:t>
      </w:r>
      <w:r w:rsidR="005B3322">
        <w:rPr>
          <w:rFonts w:ascii="Times New Roman" w:hAnsi="Times New Roman" w:cs="Times New Roman"/>
          <w:color w:val="auto"/>
          <w:sz w:val="24"/>
          <w:szCs w:val="24"/>
        </w:rPr>
        <w:t xml:space="preserve">: </w:t>
      </w:r>
      <w:r w:rsidRPr="005B3322">
        <w:rPr>
          <w:rFonts w:ascii="Times New Roman" w:hAnsi="Times New Roman" w:cs="Times New Roman"/>
          <w:color w:val="auto"/>
          <w:sz w:val="24"/>
          <w:szCs w:val="24"/>
        </w:rPr>
        <w:t>“</w:t>
      </w:r>
      <w:r w:rsidRPr="00DF387B">
        <w:rPr>
          <w:rFonts w:ascii="Times New Roman" w:hAnsi="Times New Roman" w:cs="Times New Roman"/>
          <w:i/>
          <w:iCs/>
          <w:color w:val="auto"/>
          <w:sz w:val="24"/>
          <w:szCs w:val="24"/>
        </w:rPr>
        <w:t>Am I secure in who I am in Christ, or am I defensive?”</w:t>
      </w:r>
    </w:p>
    <w:p w14:paraId="5017C34E" w14:textId="77777777" w:rsidR="00AC648D" w:rsidRPr="00AC648D" w:rsidRDefault="00AC648D" w:rsidP="00AC648D">
      <w:pPr>
        <w:pStyle w:val="Heading3"/>
        <w:spacing w:before="0" w:line="240" w:lineRule="auto"/>
        <w:rPr>
          <w:rFonts w:ascii="Times New Roman" w:hAnsi="Times New Roman" w:cs="Times New Roman"/>
          <w:color w:val="auto"/>
          <w:sz w:val="16"/>
          <w:szCs w:val="16"/>
        </w:rPr>
      </w:pPr>
    </w:p>
    <w:p w14:paraId="563143C1" w14:textId="77777777" w:rsidR="00DF387B" w:rsidRPr="00DF387B" w:rsidRDefault="00F12FB4" w:rsidP="00AC648D">
      <w:pPr>
        <w:pStyle w:val="Heading3"/>
        <w:numPr>
          <w:ilvl w:val="0"/>
          <w:numId w:val="21"/>
        </w:numPr>
        <w:spacing w:before="0" w:line="240" w:lineRule="auto"/>
        <w:rPr>
          <w:rFonts w:ascii="Times New Roman" w:hAnsi="Times New Roman" w:cs="Times New Roman"/>
          <w:b w:val="0"/>
          <w:bCs w:val="0"/>
          <w:color w:val="auto"/>
          <w:sz w:val="20"/>
          <w:szCs w:val="20"/>
        </w:rPr>
      </w:pPr>
      <w:r w:rsidRPr="00DF387B">
        <w:rPr>
          <w:rFonts w:ascii="Times New Roman" w:hAnsi="Times New Roman" w:cs="Times New Roman"/>
          <w:b w:val="0"/>
          <w:bCs w:val="0"/>
          <w:color w:val="auto"/>
          <w:sz w:val="20"/>
          <w:szCs w:val="20"/>
        </w:rPr>
        <w:t xml:space="preserve">Our identity must be rooted in being a child of God (Romans 8:16–17; 1 John 3:1). </w:t>
      </w:r>
    </w:p>
    <w:p w14:paraId="72036DBF" w14:textId="77777777" w:rsidR="00DF387B" w:rsidRPr="00DF387B" w:rsidRDefault="00F12FB4" w:rsidP="00AC648D">
      <w:pPr>
        <w:pStyle w:val="Heading3"/>
        <w:numPr>
          <w:ilvl w:val="0"/>
          <w:numId w:val="21"/>
        </w:numPr>
        <w:spacing w:before="0" w:line="240" w:lineRule="auto"/>
        <w:rPr>
          <w:rFonts w:ascii="Times New Roman" w:hAnsi="Times New Roman" w:cs="Times New Roman"/>
          <w:b w:val="0"/>
          <w:bCs w:val="0"/>
          <w:color w:val="auto"/>
          <w:sz w:val="20"/>
          <w:szCs w:val="20"/>
        </w:rPr>
      </w:pPr>
      <w:r w:rsidRPr="00DF387B">
        <w:rPr>
          <w:rFonts w:ascii="Times New Roman" w:hAnsi="Times New Roman" w:cs="Times New Roman"/>
          <w:b w:val="0"/>
          <w:bCs w:val="0"/>
          <w:color w:val="auto"/>
          <w:sz w:val="20"/>
          <w:szCs w:val="20"/>
        </w:rPr>
        <w:t xml:space="preserve">Jesus led with confidence because He knew who He was (John 13:3). </w:t>
      </w:r>
    </w:p>
    <w:p w14:paraId="201F08B2" w14:textId="173F49EB" w:rsidR="00915385" w:rsidRDefault="00F12FB4" w:rsidP="00AC648D">
      <w:pPr>
        <w:pStyle w:val="Heading3"/>
        <w:numPr>
          <w:ilvl w:val="0"/>
          <w:numId w:val="21"/>
        </w:numPr>
        <w:spacing w:before="0" w:line="240" w:lineRule="auto"/>
        <w:rPr>
          <w:rFonts w:ascii="Times New Roman" w:hAnsi="Times New Roman" w:cs="Times New Roman"/>
          <w:b w:val="0"/>
          <w:bCs w:val="0"/>
          <w:color w:val="auto"/>
          <w:sz w:val="20"/>
          <w:szCs w:val="20"/>
        </w:rPr>
      </w:pPr>
      <w:r w:rsidRPr="00DF387B">
        <w:rPr>
          <w:rFonts w:ascii="Times New Roman" w:hAnsi="Times New Roman" w:cs="Times New Roman"/>
          <w:b w:val="0"/>
          <w:bCs w:val="0"/>
          <w:color w:val="auto"/>
          <w:sz w:val="20"/>
          <w:szCs w:val="20"/>
        </w:rPr>
        <w:t>Insecurity leads to defensive leadership; Christ-centered identity fosters humble leadership.</w:t>
      </w:r>
    </w:p>
    <w:p w14:paraId="40BC07E5" w14:textId="77777777" w:rsidR="000F6E71" w:rsidRPr="000F6E71" w:rsidRDefault="000F6E71" w:rsidP="000F6E71">
      <w:pPr>
        <w:pStyle w:val="ListParagraph"/>
        <w:numPr>
          <w:ilvl w:val="0"/>
          <w:numId w:val="21"/>
        </w:numPr>
        <w:spacing w:after="0" w:line="240" w:lineRule="auto"/>
        <w:jc w:val="both"/>
        <w:rPr>
          <w:rFonts w:ascii="Times New Roman" w:hAnsi="Times New Roman" w:cs="Times New Roman"/>
          <w:sz w:val="20"/>
          <w:szCs w:val="20"/>
        </w:rPr>
      </w:pPr>
      <w:r w:rsidRPr="000F6E71">
        <w:rPr>
          <w:rFonts w:ascii="Times New Roman" w:hAnsi="Times New Roman" w:cs="Times New Roman"/>
          <w:sz w:val="20"/>
          <w:szCs w:val="20"/>
        </w:rPr>
        <w:t xml:space="preserve">Remember, </w:t>
      </w:r>
      <w:r w:rsidRPr="000F6E71">
        <w:rPr>
          <w:rFonts w:ascii="Times New Roman" w:hAnsi="Times New Roman" w:cs="Times New Roman"/>
          <w:i/>
          <w:iCs/>
          <w:sz w:val="20"/>
          <w:szCs w:val="20"/>
        </w:rPr>
        <w:t>God called Jesus His beloved Son before Jesus began His ministry.</w:t>
      </w:r>
      <w:r w:rsidRPr="000F6E71">
        <w:rPr>
          <w:rFonts w:ascii="Times New Roman" w:hAnsi="Times New Roman" w:cs="Times New Roman"/>
          <w:sz w:val="20"/>
          <w:szCs w:val="20"/>
        </w:rPr>
        <w:t xml:space="preserve"> </w:t>
      </w:r>
    </w:p>
    <w:p w14:paraId="0887B3C9" w14:textId="5B03EC97" w:rsidR="000F6E71" w:rsidRDefault="000F6E71" w:rsidP="000F6E71">
      <w:pPr>
        <w:pStyle w:val="ListParagraph"/>
        <w:numPr>
          <w:ilvl w:val="0"/>
          <w:numId w:val="21"/>
        </w:numPr>
        <w:spacing w:after="0" w:line="240" w:lineRule="auto"/>
        <w:jc w:val="both"/>
        <w:rPr>
          <w:rFonts w:ascii="Times New Roman" w:hAnsi="Times New Roman" w:cs="Times New Roman"/>
          <w:sz w:val="20"/>
          <w:szCs w:val="20"/>
        </w:rPr>
      </w:pPr>
      <w:r w:rsidRPr="000F6E71">
        <w:rPr>
          <w:rFonts w:ascii="Times New Roman" w:hAnsi="Times New Roman" w:cs="Times New Roman"/>
          <w:sz w:val="20"/>
          <w:szCs w:val="20"/>
        </w:rPr>
        <w:t>We too need to hear, through Scripture, “</w:t>
      </w:r>
      <w:r w:rsidRPr="000F6E71">
        <w:rPr>
          <w:rFonts w:ascii="Times New Roman" w:hAnsi="Times New Roman" w:cs="Times New Roman"/>
          <w:i/>
          <w:iCs/>
          <w:sz w:val="20"/>
          <w:szCs w:val="20"/>
        </w:rPr>
        <w:t>You are My beloved son; with you I am well pleased</w:t>
      </w:r>
      <w:r w:rsidR="009639CF">
        <w:rPr>
          <w:rFonts w:ascii="Times New Roman" w:hAnsi="Times New Roman" w:cs="Times New Roman"/>
          <w:i/>
          <w:iCs/>
          <w:sz w:val="20"/>
          <w:szCs w:val="20"/>
        </w:rPr>
        <w:t>…</w:t>
      </w:r>
      <w:r w:rsidRPr="000F6E71">
        <w:rPr>
          <w:rFonts w:ascii="Times New Roman" w:hAnsi="Times New Roman" w:cs="Times New Roman"/>
          <w:i/>
          <w:iCs/>
          <w:sz w:val="20"/>
          <w:szCs w:val="20"/>
        </w:rPr>
        <w:t xml:space="preserve">” </w:t>
      </w:r>
      <w:r w:rsidR="009639CF">
        <w:rPr>
          <w:rFonts w:ascii="Times New Roman" w:hAnsi="Times New Roman" w:cs="Times New Roman"/>
          <w:i/>
          <w:iCs/>
          <w:sz w:val="20"/>
          <w:szCs w:val="20"/>
        </w:rPr>
        <w:t>[</w:t>
      </w:r>
      <w:r w:rsidR="009639CF" w:rsidRPr="000F6E71">
        <w:rPr>
          <w:rFonts w:ascii="Times New Roman" w:hAnsi="Times New Roman" w:cs="Times New Roman"/>
          <w:sz w:val="20"/>
          <w:szCs w:val="20"/>
        </w:rPr>
        <w:t>in Christ</w:t>
      </w:r>
      <w:r w:rsidR="00B57F1A">
        <w:rPr>
          <w:rFonts w:ascii="Times New Roman" w:hAnsi="Times New Roman" w:cs="Times New Roman"/>
          <w:sz w:val="20"/>
          <w:szCs w:val="20"/>
        </w:rPr>
        <w:t>]</w:t>
      </w:r>
      <w:r w:rsidR="009639CF" w:rsidRPr="000F6E71">
        <w:rPr>
          <w:rFonts w:ascii="Times New Roman" w:hAnsi="Times New Roman" w:cs="Times New Roman"/>
          <w:sz w:val="20"/>
          <w:szCs w:val="20"/>
        </w:rPr>
        <w:t xml:space="preserve">. </w:t>
      </w:r>
      <w:r w:rsidRPr="000F6E71">
        <w:rPr>
          <w:rFonts w:ascii="Times New Roman" w:hAnsi="Times New Roman" w:cs="Times New Roman"/>
          <w:sz w:val="20"/>
          <w:szCs w:val="20"/>
        </w:rPr>
        <w:t>(Mark 1:11) Lead from that affirmation. It’s a game-changer.</w:t>
      </w:r>
    </w:p>
    <w:p w14:paraId="528A862E" w14:textId="77777777" w:rsidR="005B3322" w:rsidRPr="00B57F1A" w:rsidRDefault="005B3322" w:rsidP="005B3322">
      <w:pPr>
        <w:spacing w:after="0" w:line="240" w:lineRule="auto"/>
        <w:rPr>
          <w:rFonts w:ascii="Times New Roman" w:hAnsi="Times New Roman" w:cs="Times New Roman"/>
          <w:sz w:val="16"/>
          <w:szCs w:val="16"/>
        </w:rPr>
      </w:pPr>
    </w:p>
    <w:p w14:paraId="6A91D6FD" w14:textId="05B366B9" w:rsidR="00915385" w:rsidRDefault="00F12FB4" w:rsidP="005B3322">
      <w:pPr>
        <w:pStyle w:val="Heading3"/>
        <w:spacing w:before="0" w:line="240" w:lineRule="auto"/>
        <w:rPr>
          <w:rFonts w:ascii="Times New Roman" w:hAnsi="Times New Roman" w:cs="Times New Roman"/>
          <w:color w:val="auto"/>
          <w:sz w:val="24"/>
          <w:szCs w:val="24"/>
        </w:rPr>
      </w:pPr>
      <w:r w:rsidRPr="005B3322">
        <w:rPr>
          <w:rFonts w:ascii="Times New Roman" w:hAnsi="Times New Roman" w:cs="Times New Roman"/>
          <w:color w:val="auto"/>
          <w:sz w:val="24"/>
          <w:szCs w:val="24"/>
        </w:rPr>
        <w:t xml:space="preserve">6. </w:t>
      </w:r>
      <w:r w:rsidRPr="00856F10">
        <w:rPr>
          <w:rFonts w:ascii="Times New Roman" w:hAnsi="Times New Roman" w:cs="Times New Roman"/>
          <w:color w:val="auto"/>
          <w:sz w:val="24"/>
          <w:szCs w:val="24"/>
          <w:u w:val="single"/>
        </w:rPr>
        <w:t>Inner</w:t>
      </w:r>
      <w:r w:rsidRPr="005B3322">
        <w:rPr>
          <w:rFonts w:ascii="Times New Roman" w:hAnsi="Times New Roman" w:cs="Times New Roman"/>
          <w:color w:val="auto"/>
          <w:sz w:val="24"/>
          <w:szCs w:val="24"/>
        </w:rPr>
        <w:t xml:space="preserve"> </w:t>
      </w:r>
      <w:r w:rsidR="003807EE" w:rsidRPr="00856F10">
        <w:rPr>
          <w:rFonts w:ascii="Times New Roman" w:hAnsi="Times New Roman" w:cs="Times New Roman"/>
          <w:color w:val="auto"/>
          <w:sz w:val="24"/>
          <w:szCs w:val="24"/>
        </w:rPr>
        <w:t>c</w:t>
      </w:r>
      <w:r w:rsidRPr="00856F10">
        <w:rPr>
          <w:rFonts w:ascii="Times New Roman" w:hAnsi="Times New Roman" w:cs="Times New Roman"/>
          <w:color w:val="auto"/>
          <w:sz w:val="24"/>
          <w:szCs w:val="24"/>
        </w:rPr>
        <w:t>haracter</w:t>
      </w:r>
      <w:r w:rsidR="005B3322">
        <w:rPr>
          <w:rFonts w:ascii="Times New Roman" w:hAnsi="Times New Roman" w:cs="Times New Roman"/>
          <w:color w:val="auto"/>
          <w:sz w:val="24"/>
          <w:szCs w:val="24"/>
        </w:rPr>
        <w:t xml:space="preserve">: </w:t>
      </w:r>
      <w:r w:rsidRPr="00DF387B">
        <w:rPr>
          <w:rFonts w:ascii="Times New Roman" w:hAnsi="Times New Roman" w:cs="Times New Roman"/>
          <w:i/>
          <w:iCs/>
          <w:color w:val="auto"/>
          <w:sz w:val="24"/>
          <w:szCs w:val="24"/>
        </w:rPr>
        <w:t>“Do I exhibit the fruit of the Spirit in my life, including self-discipline?”</w:t>
      </w:r>
    </w:p>
    <w:p w14:paraId="0B32C18D" w14:textId="77777777" w:rsidR="005B3322" w:rsidRPr="00B57F1A" w:rsidRDefault="005B3322" w:rsidP="005B3322">
      <w:pPr>
        <w:spacing w:after="0" w:line="240" w:lineRule="auto"/>
        <w:rPr>
          <w:sz w:val="16"/>
          <w:szCs w:val="16"/>
        </w:rPr>
      </w:pPr>
    </w:p>
    <w:p w14:paraId="53CC82FF" w14:textId="77777777" w:rsidR="00B57F1A" w:rsidRPr="00B57F1A" w:rsidRDefault="00F12FB4" w:rsidP="00B57F1A">
      <w:pPr>
        <w:pStyle w:val="ListParagraph"/>
        <w:numPr>
          <w:ilvl w:val="0"/>
          <w:numId w:val="22"/>
        </w:numPr>
        <w:spacing w:after="0" w:line="240" w:lineRule="auto"/>
        <w:rPr>
          <w:rFonts w:ascii="Times New Roman" w:hAnsi="Times New Roman" w:cs="Times New Roman"/>
          <w:sz w:val="20"/>
          <w:szCs w:val="20"/>
        </w:rPr>
      </w:pPr>
      <w:r w:rsidRPr="00B57F1A">
        <w:rPr>
          <w:rFonts w:ascii="Times New Roman" w:hAnsi="Times New Roman" w:cs="Times New Roman"/>
          <w:sz w:val="20"/>
          <w:szCs w:val="20"/>
        </w:rPr>
        <w:t xml:space="preserve">The fruit of the Spirit (Galatians 5:22–23) reflects our growth in Christlikeness. </w:t>
      </w:r>
    </w:p>
    <w:p w14:paraId="221AE379" w14:textId="77777777" w:rsidR="007D13B4" w:rsidRDefault="00F12FB4" w:rsidP="007D13B4">
      <w:pPr>
        <w:pStyle w:val="ListParagraph"/>
        <w:numPr>
          <w:ilvl w:val="0"/>
          <w:numId w:val="22"/>
        </w:numPr>
        <w:spacing w:after="0" w:line="240" w:lineRule="auto"/>
        <w:rPr>
          <w:rFonts w:ascii="Times New Roman" w:hAnsi="Times New Roman" w:cs="Times New Roman"/>
          <w:sz w:val="20"/>
          <w:szCs w:val="20"/>
        </w:rPr>
      </w:pPr>
      <w:r w:rsidRPr="00B57F1A">
        <w:rPr>
          <w:rFonts w:ascii="Times New Roman" w:hAnsi="Times New Roman" w:cs="Times New Roman"/>
          <w:sz w:val="20"/>
          <w:szCs w:val="20"/>
        </w:rPr>
        <w:t xml:space="preserve">Challenges refine our character (John 15:5), and godly fathers grow through </w:t>
      </w:r>
      <w:r w:rsidRPr="00B57F1A">
        <w:rPr>
          <w:rFonts w:ascii="Times New Roman" w:hAnsi="Times New Roman" w:cs="Times New Roman"/>
          <w:sz w:val="20"/>
          <w:szCs w:val="20"/>
        </w:rPr>
        <w:t>each season of parenting.</w:t>
      </w:r>
    </w:p>
    <w:p w14:paraId="224340FC" w14:textId="0EC120FB" w:rsidR="00C10CF0" w:rsidRPr="007D13B4" w:rsidRDefault="00C10CF0" w:rsidP="007D13B4">
      <w:pPr>
        <w:pStyle w:val="ListParagraph"/>
        <w:numPr>
          <w:ilvl w:val="0"/>
          <w:numId w:val="22"/>
        </w:numPr>
        <w:spacing w:after="0" w:line="240" w:lineRule="auto"/>
        <w:rPr>
          <w:rFonts w:ascii="Times New Roman" w:hAnsi="Times New Roman" w:cs="Times New Roman"/>
          <w:sz w:val="20"/>
          <w:szCs w:val="20"/>
        </w:rPr>
      </w:pPr>
      <w:r w:rsidRPr="007D13B4">
        <w:rPr>
          <w:rFonts w:ascii="Times New Roman" w:hAnsi="Times New Roman" w:cs="Times New Roman"/>
          <w:sz w:val="20"/>
          <w:szCs w:val="20"/>
        </w:rPr>
        <w:t>So, how do we exhibit the fruit of the Spirit? Well,</w:t>
      </w:r>
    </w:p>
    <w:p w14:paraId="0920B980" w14:textId="77777777" w:rsidR="00C10CF0" w:rsidRPr="00C10CF0" w:rsidRDefault="00C10CF0" w:rsidP="00C10CF0">
      <w:pPr>
        <w:pStyle w:val="ListParagraph"/>
        <w:numPr>
          <w:ilvl w:val="0"/>
          <w:numId w:val="24"/>
        </w:numPr>
        <w:spacing w:after="0" w:line="240" w:lineRule="auto"/>
        <w:jc w:val="both"/>
        <w:rPr>
          <w:rFonts w:ascii="Times New Roman" w:hAnsi="Times New Roman" w:cs="Times New Roman"/>
          <w:sz w:val="20"/>
          <w:szCs w:val="20"/>
        </w:rPr>
      </w:pPr>
      <w:r w:rsidRPr="00C10CF0">
        <w:rPr>
          <w:rFonts w:ascii="Times New Roman" w:hAnsi="Times New Roman" w:cs="Times New Roman"/>
          <w:sz w:val="20"/>
          <w:szCs w:val="20"/>
        </w:rPr>
        <w:t xml:space="preserve">First, by </w:t>
      </w:r>
      <w:r w:rsidRPr="00C10CF0">
        <w:rPr>
          <w:rFonts w:ascii="Times New Roman" w:hAnsi="Times New Roman" w:cs="Times New Roman"/>
          <w:i/>
          <w:iCs/>
          <w:sz w:val="20"/>
          <w:szCs w:val="20"/>
        </w:rPr>
        <w:t>staying connected to the Spirit!</w:t>
      </w:r>
      <w:r w:rsidRPr="00C10CF0">
        <w:rPr>
          <w:rFonts w:ascii="Times New Roman" w:hAnsi="Times New Roman" w:cs="Times New Roman"/>
          <w:sz w:val="20"/>
          <w:szCs w:val="20"/>
        </w:rPr>
        <w:t xml:space="preserve"> Galatians 5 also says </w:t>
      </w:r>
      <w:r w:rsidRPr="00C10CF0">
        <w:rPr>
          <w:rFonts w:ascii="Times New Roman" w:hAnsi="Times New Roman" w:cs="Times New Roman"/>
          <w:i/>
          <w:iCs/>
          <w:sz w:val="20"/>
          <w:szCs w:val="20"/>
        </w:rPr>
        <w:t>“walk by the Spirit”</w:t>
      </w:r>
      <w:r w:rsidRPr="00C10CF0">
        <w:rPr>
          <w:rFonts w:ascii="Times New Roman" w:hAnsi="Times New Roman" w:cs="Times New Roman"/>
          <w:sz w:val="20"/>
          <w:szCs w:val="20"/>
        </w:rPr>
        <w:t xml:space="preserve"> and keep in step with Him. </w:t>
      </w:r>
    </w:p>
    <w:p w14:paraId="47790E95" w14:textId="206CF175" w:rsidR="00C10CF0" w:rsidRPr="00C10CF0" w:rsidRDefault="00C10CF0" w:rsidP="00C10CF0">
      <w:pPr>
        <w:pStyle w:val="ListParagraph"/>
        <w:numPr>
          <w:ilvl w:val="0"/>
          <w:numId w:val="24"/>
        </w:numPr>
        <w:spacing w:after="0" w:line="240" w:lineRule="auto"/>
        <w:jc w:val="both"/>
        <w:rPr>
          <w:rFonts w:ascii="Times New Roman" w:hAnsi="Times New Roman" w:cs="Times New Roman"/>
          <w:sz w:val="20"/>
          <w:szCs w:val="20"/>
        </w:rPr>
      </w:pPr>
      <w:r w:rsidRPr="00C10CF0">
        <w:rPr>
          <w:rFonts w:ascii="Times New Roman" w:hAnsi="Times New Roman" w:cs="Times New Roman"/>
          <w:sz w:val="20"/>
          <w:szCs w:val="20"/>
        </w:rPr>
        <w:t xml:space="preserve">We must abide in Christ (John 15:5). </w:t>
      </w:r>
    </w:p>
    <w:p w14:paraId="0C28E7C7" w14:textId="6333C1C0" w:rsidR="00C10CF0" w:rsidRPr="00C10CF0" w:rsidRDefault="00FF56EF" w:rsidP="00C10CF0">
      <w:pPr>
        <w:pStyle w:val="ListParagraph"/>
        <w:numPr>
          <w:ilvl w:val="0"/>
          <w:numId w:val="24"/>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W</w:t>
      </w:r>
      <w:r w:rsidR="00C10CF0" w:rsidRPr="00C10CF0">
        <w:rPr>
          <w:rFonts w:ascii="Times New Roman" w:hAnsi="Times New Roman" w:cs="Times New Roman"/>
          <w:sz w:val="20"/>
          <w:szCs w:val="20"/>
        </w:rPr>
        <w:t>e</w:t>
      </w:r>
      <w:r>
        <w:rPr>
          <w:rFonts w:ascii="Times New Roman" w:hAnsi="Times New Roman" w:cs="Times New Roman"/>
          <w:sz w:val="20"/>
          <w:szCs w:val="20"/>
        </w:rPr>
        <w:t xml:space="preserve"> must </w:t>
      </w:r>
      <w:r w:rsidR="00C10CF0" w:rsidRPr="00C10CF0">
        <w:rPr>
          <w:rFonts w:ascii="Times New Roman" w:hAnsi="Times New Roman" w:cs="Times New Roman"/>
          <w:sz w:val="20"/>
          <w:szCs w:val="20"/>
        </w:rPr>
        <w:t xml:space="preserve">stay rooted in prayer, Scripture, fellowship, the Spirit produces His beautiful fruit. </w:t>
      </w:r>
    </w:p>
    <w:p w14:paraId="7E9DD3FA" w14:textId="77777777" w:rsidR="005B3322" w:rsidRPr="00FF56EF" w:rsidRDefault="005B3322" w:rsidP="005B3322">
      <w:pPr>
        <w:spacing w:after="0" w:line="240" w:lineRule="auto"/>
        <w:rPr>
          <w:rFonts w:ascii="Times New Roman" w:hAnsi="Times New Roman" w:cs="Times New Roman"/>
          <w:sz w:val="16"/>
          <w:szCs w:val="16"/>
        </w:rPr>
      </w:pPr>
    </w:p>
    <w:p w14:paraId="1DF52A3B" w14:textId="4263C457" w:rsidR="00915385" w:rsidRPr="005B3322" w:rsidRDefault="00F12FB4" w:rsidP="005B3322">
      <w:pPr>
        <w:pStyle w:val="Heading3"/>
        <w:spacing w:before="0" w:line="240" w:lineRule="auto"/>
        <w:rPr>
          <w:rFonts w:ascii="Times New Roman" w:hAnsi="Times New Roman" w:cs="Times New Roman"/>
          <w:sz w:val="24"/>
          <w:szCs w:val="24"/>
        </w:rPr>
      </w:pPr>
      <w:r w:rsidRPr="005B3322">
        <w:rPr>
          <w:rFonts w:ascii="Times New Roman" w:hAnsi="Times New Roman" w:cs="Times New Roman"/>
          <w:color w:val="auto"/>
          <w:sz w:val="24"/>
          <w:szCs w:val="24"/>
        </w:rPr>
        <w:t>Conclusion</w:t>
      </w:r>
      <w:r w:rsidR="005B3322">
        <w:rPr>
          <w:rFonts w:ascii="Times New Roman" w:hAnsi="Times New Roman" w:cs="Times New Roman"/>
          <w:color w:val="auto"/>
          <w:sz w:val="24"/>
          <w:szCs w:val="24"/>
        </w:rPr>
        <w:t xml:space="preserve">: </w:t>
      </w:r>
      <w:r w:rsidRPr="005B3322">
        <w:rPr>
          <w:rFonts w:ascii="Times New Roman" w:hAnsi="Times New Roman" w:cs="Times New Roman"/>
          <w:b w:val="0"/>
          <w:bCs w:val="0"/>
          <w:color w:val="auto"/>
          <w:sz w:val="24"/>
          <w:szCs w:val="24"/>
        </w:rPr>
        <w:t>God equips faithful fathers with spiritual tools to lead their homes. No dad is perfect, but every dad can grow. God is the ultimate Father, and He is faithful to finish what He started in you (Philippians 1:6).</w:t>
      </w:r>
    </w:p>
    <w:sectPr w:rsidR="00915385" w:rsidRPr="005B3322" w:rsidSect="005B3322">
      <w:pgSz w:w="15840" w:h="12240" w:orient="landscape"/>
      <w:pgMar w:top="432" w:right="432" w:bottom="432" w:left="720" w:header="720" w:footer="720" w:gutter="0"/>
      <w:cols w:num="2" w:space="11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32303F"/>
    <w:multiLevelType w:val="hybridMultilevel"/>
    <w:tmpl w:val="26D2B4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BF5267"/>
    <w:multiLevelType w:val="hybridMultilevel"/>
    <w:tmpl w:val="67EAF3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6B4244D"/>
    <w:multiLevelType w:val="hybridMultilevel"/>
    <w:tmpl w:val="4AF2A0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2D86FEA"/>
    <w:multiLevelType w:val="hybridMultilevel"/>
    <w:tmpl w:val="869C9EEA"/>
    <w:lvl w:ilvl="0" w:tplc="E6A836E4">
      <w:start w:val="1"/>
      <w:numFmt w:val="upperLetter"/>
      <w:lvlText w:val="%1."/>
      <w:lvlJc w:val="left"/>
      <w:pPr>
        <w:ind w:left="360" w:hanging="360"/>
      </w:pPr>
      <w:rPr>
        <w:rFonts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046BF5"/>
    <w:multiLevelType w:val="hybridMultilevel"/>
    <w:tmpl w:val="7FBCDE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F9C7679"/>
    <w:multiLevelType w:val="hybridMultilevel"/>
    <w:tmpl w:val="64DA925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061180A"/>
    <w:multiLevelType w:val="hybridMultilevel"/>
    <w:tmpl w:val="CD108FD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1AA58F0"/>
    <w:multiLevelType w:val="hybridMultilevel"/>
    <w:tmpl w:val="C406A60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45533754"/>
    <w:multiLevelType w:val="hybridMultilevel"/>
    <w:tmpl w:val="984AF8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1A0B71"/>
    <w:multiLevelType w:val="hybridMultilevel"/>
    <w:tmpl w:val="14B4AC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C3C26DA"/>
    <w:multiLevelType w:val="hybridMultilevel"/>
    <w:tmpl w:val="0ECE4E18"/>
    <w:lvl w:ilvl="0" w:tplc="2D56B05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602B1D61"/>
    <w:multiLevelType w:val="hybridMultilevel"/>
    <w:tmpl w:val="4C5CF0B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7D75EBD"/>
    <w:multiLevelType w:val="hybridMultilevel"/>
    <w:tmpl w:val="5218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C414933"/>
    <w:multiLevelType w:val="hybridMultilevel"/>
    <w:tmpl w:val="68E6AAA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DD5338B"/>
    <w:multiLevelType w:val="hybridMultilevel"/>
    <w:tmpl w:val="D704662E"/>
    <w:lvl w:ilvl="0" w:tplc="E0585370">
      <w:start w:val="1"/>
      <w:numFmt w:val="decimal"/>
      <w:lvlText w:val="%1."/>
      <w:lvlJc w:val="left"/>
      <w:pPr>
        <w:ind w:left="462" w:hanging="372"/>
      </w:pPr>
      <w:rPr>
        <w:rFonts w:hint="default"/>
      </w:rPr>
    </w:lvl>
    <w:lvl w:ilvl="1" w:tplc="A20C0F76">
      <w:start w:val="1"/>
      <w:numFmt w:val="upperLetter"/>
      <w:lvlText w:val="%2."/>
      <w:lvlJc w:val="left"/>
      <w:pPr>
        <w:ind w:left="420" w:hanging="420"/>
      </w:pPr>
      <w:rPr>
        <w:rFonts w:hint="default"/>
        <w:b/>
      </w:rPr>
    </w:lvl>
    <w:lvl w:ilvl="2" w:tplc="4D3A1B32">
      <w:start w:val="1"/>
      <w:numFmt w:val="lowerLetter"/>
      <w:lvlText w:val="%3."/>
      <w:lvlJc w:val="left"/>
      <w:pPr>
        <w:ind w:left="63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844200671">
    <w:abstractNumId w:val="8"/>
  </w:num>
  <w:num w:numId="2" w16cid:durableId="410543470">
    <w:abstractNumId w:val="6"/>
  </w:num>
  <w:num w:numId="3" w16cid:durableId="59715940">
    <w:abstractNumId w:val="5"/>
  </w:num>
  <w:num w:numId="4" w16cid:durableId="711852101">
    <w:abstractNumId w:val="4"/>
  </w:num>
  <w:num w:numId="5" w16cid:durableId="1908302963">
    <w:abstractNumId w:val="7"/>
  </w:num>
  <w:num w:numId="6" w16cid:durableId="1171987308">
    <w:abstractNumId w:val="3"/>
  </w:num>
  <w:num w:numId="7" w16cid:durableId="2029327329">
    <w:abstractNumId w:val="2"/>
  </w:num>
  <w:num w:numId="8" w16cid:durableId="747119336">
    <w:abstractNumId w:val="1"/>
  </w:num>
  <w:num w:numId="9" w16cid:durableId="1961181877">
    <w:abstractNumId w:val="0"/>
  </w:num>
  <w:num w:numId="10" w16cid:durableId="349111029">
    <w:abstractNumId w:val="9"/>
  </w:num>
  <w:num w:numId="11" w16cid:durableId="181632513">
    <w:abstractNumId w:val="14"/>
  </w:num>
  <w:num w:numId="12" w16cid:durableId="1048794863">
    <w:abstractNumId w:val="17"/>
  </w:num>
  <w:num w:numId="13" w16cid:durableId="431560342">
    <w:abstractNumId w:val="21"/>
  </w:num>
  <w:num w:numId="14" w16cid:durableId="642782953">
    <w:abstractNumId w:val="12"/>
  </w:num>
  <w:num w:numId="15" w16cid:durableId="1947345749">
    <w:abstractNumId w:val="11"/>
  </w:num>
  <w:num w:numId="16" w16cid:durableId="1149712548">
    <w:abstractNumId w:val="18"/>
  </w:num>
  <w:num w:numId="17" w16cid:durableId="529420422">
    <w:abstractNumId w:val="16"/>
  </w:num>
  <w:num w:numId="18" w16cid:durableId="203518721">
    <w:abstractNumId w:val="10"/>
  </w:num>
  <w:num w:numId="19" w16cid:durableId="470558083">
    <w:abstractNumId w:val="13"/>
  </w:num>
  <w:num w:numId="20" w16cid:durableId="578177504">
    <w:abstractNumId w:val="15"/>
  </w:num>
  <w:num w:numId="21" w16cid:durableId="457987975">
    <w:abstractNumId w:val="20"/>
  </w:num>
  <w:num w:numId="22" w16cid:durableId="378435226">
    <w:abstractNumId w:val="22"/>
  </w:num>
  <w:num w:numId="23" w16cid:durableId="109279229">
    <w:abstractNumId w:val="23"/>
  </w:num>
  <w:num w:numId="24" w16cid:durableId="15340796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8E1"/>
    <w:rsid w:val="00034616"/>
    <w:rsid w:val="0006063C"/>
    <w:rsid w:val="000F6E71"/>
    <w:rsid w:val="0015074B"/>
    <w:rsid w:val="0029639D"/>
    <w:rsid w:val="002C7E8E"/>
    <w:rsid w:val="00300F59"/>
    <w:rsid w:val="00326F90"/>
    <w:rsid w:val="00361F8D"/>
    <w:rsid w:val="003807EE"/>
    <w:rsid w:val="00387DDC"/>
    <w:rsid w:val="00564946"/>
    <w:rsid w:val="005B3322"/>
    <w:rsid w:val="006C4AE9"/>
    <w:rsid w:val="006D4076"/>
    <w:rsid w:val="00741B97"/>
    <w:rsid w:val="007513E9"/>
    <w:rsid w:val="00766BFC"/>
    <w:rsid w:val="00777F1A"/>
    <w:rsid w:val="007D13B4"/>
    <w:rsid w:val="00856F10"/>
    <w:rsid w:val="008923A2"/>
    <w:rsid w:val="0090550A"/>
    <w:rsid w:val="00915385"/>
    <w:rsid w:val="009639CF"/>
    <w:rsid w:val="00A00554"/>
    <w:rsid w:val="00AA1D8D"/>
    <w:rsid w:val="00AC648D"/>
    <w:rsid w:val="00AF7F3B"/>
    <w:rsid w:val="00B47730"/>
    <w:rsid w:val="00B57F1A"/>
    <w:rsid w:val="00B641A1"/>
    <w:rsid w:val="00BE7D2A"/>
    <w:rsid w:val="00C10CF0"/>
    <w:rsid w:val="00CB0664"/>
    <w:rsid w:val="00CE2EC7"/>
    <w:rsid w:val="00D313BD"/>
    <w:rsid w:val="00D5046A"/>
    <w:rsid w:val="00D8431E"/>
    <w:rsid w:val="00DB653A"/>
    <w:rsid w:val="00DF387B"/>
    <w:rsid w:val="00E1198B"/>
    <w:rsid w:val="00F12FB4"/>
    <w:rsid w:val="00F5719F"/>
    <w:rsid w:val="00FB53C5"/>
    <w:rsid w:val="00FC693F"/>
    <w:rsid w:val="00FF56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C6BBBF"/>
  <w14:defaultImageDpi w14:val="300"/>
  <w15:docId w15:val="{EB40E7C5-2B8F-408B-89E9-340B9B5D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William Burnham</cp:lastModifiedBy>
  <cp:revision>2</cp:revision>
  <dcterms:created xsi:type="dcterms:W3CDTF">2025-06-10T13:43:00Z</dcterms:created>
  <dcterms:modified xsi:type="dcterms:W3CDTF">2025-06-10T13:43:00Z</dcterms:modified>
  <cp:category/>
</cp:coreProperties>
</file>